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353454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a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34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b/>
          <w:color w:val="0038B8"/>
          <w:sz w:val="96"/>
          <w:rtl w:val="1"/>
          <w:rFonts w:ascii="Arial" w:hAnsi="Arial" w:cs="Arial"/>
          <w:szCs w:val="96"/>
          <w:bCs/>
        </w:rPr>
        <w:t>פינת לאום</w:t>
      </w:r>
    </w:p>
    <w:p>
      <w:pPr>
        <w:bidi w:val="1"/>
        <w:jc w:val="center"/>
      </w:pPr>
      <w:r>
        <w:rPr>
          <w:b w:val="0"/>
          <w:sz w:val="36"/>
          <w:rtl w:val="1"/>
          <w:rFonts w:ascii="Arial" w:hAnsi="Arial" w:cs="Arial"/>
          <w:szCs w:val="36"/>
        </w:rPr>
        <w:t>הסמלים שלנו · המוסדות שלנו · הערכים שלנו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20000" cy="20115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mel-do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2011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60"/>
          <w:rtl w:val="1"/>
          <w:rFonts w:ascii="Arial" w:hAnsi="Arial" w:cs="Arial"/>
          <w:szCs w:val="60"/>
          <w:bCs/>
        </w:rPr>
        <w:t>🇮🇱 הדגל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353454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a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34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 w:val="0"/>
          <w:sz w:val="34"/>
          <w:rtl w:val="1"/>
          <w:rFonts w:ascii="Arial" w:hAnsi="Arial" w:cs="Arial"/>
          <w:szCs w:val="34"/>
        </w:rPr>
        <w:t>הדגל נולד כדגל התנועה הציונית בסוף המאה ה־19, והפך לדגל המדינה ב־1948. הפסים הכחולים מזכירים את הטלית, ומגן דוד הוא סמל יהודי מוכר. על הדגל שומרים בכבוד: לא זורקים אותו לרצפה ולא משתמשים בו לבזיון.</w:t>
      </w:r>
    </w:p>
    <w:p>
      <w:pPr>
        <w:bidi w:val="1"/>
        <w:jc w:val="right"/>
      </w:pPr>
      <w:r>
        <w:rPr>
          <w:b/>
          <w:color w:val="0038B8"/>
          <w:sz w:val="30"/>
          <w:rtl w:val="1"/>
          <w:rFonts w:ascii="Arial" w:hAnsi="Arial" w:cs="Arial"/>
          <w:szCs w:val="30"/>
          <w:bCs/>
        </w:rPr>
        <w:t>💬 המשפט שבחרנו לכרזה הזו: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60"/>
          <w:rtl w:val="1"/>
          <w:rFonts w:ascii="Arial" w:hAnsi="Arial" w:cs="Arial"/>
          <w:szCs w:val="60"/>
          <w:bCs/>
        </w:rPr>
        <w:t>🕎 סמל המדינה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60000" cy="268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mel-do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6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 w:val="0"/>
          <w:sz w:val="34"/>
          <w:rtl w:val="1"/>
          <w:rFonts w:ascii="Arial" w:hAnsi="Arial" w:cs="Arial"/>
          <w:szCs w:val="34"/>
        </w:rPr>
        <w:t>הסמל נבחר ב־1949: מנורת שבעת הקנים – כמו המנורה שעמדה בבית המקדש – ומשני צדיה ענפי זית לשלום. הסמל מופיע על דרכונים, על תעודות ועל מבני ממשלה.</w:t>
      </w:r>
    </w:p>
    <w:p>
      <w:pPr>
        <w:bidi w:val="1"/>
        <w:jc w:val="right"/>
      </w:pPr>
      <w:r>
        <w:rPr>
          <w:b/>
          <w:color w:val="0038B8"/>
          <w:sz w:val="30"/>
          <w:rtl w:val="1"/>
          <w:rFonts w:ascii="Arial" w:hAnsi="Arial" w:cs="Arial"/>
          <w:szCs w:val="30"/>
          <w:bCs/>
        </w:rPr>
        <w:t>💬 המשפט שבחרנו לכרזה הזו: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60"/>
          <w:rtl w:val="1"/>
          <w:rFonts w:ascii="Arial" w:hAnsi="Arial" w:cs="Arial"/>
          <w:szCs w:val="60"/>
          <w:bCs/>
        </w:rPr>
        <w:t>🎵 ההמנון – התקווה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2520000" cy="189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mnon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b w:val="0"/>
          <w:sz w:val="32"/>
          <w:rtl w:val="1"/>
          <w:rFonts w:ascii="Arial" w:hAnsi="Arial" w:cs="Arial"/>
          <w:szCs w:val="32"/>
        </w:rPr>
        <w:t>כֹּל עוֹד בַּלֵּבָב פְּנִימָה</w:t>
      </w:r>
    </w:p>
    <w:p>
      <w:pPr>
        <w:bidi w:val="1"/>
        <w:jc w:val="center"/>
      </w:pPr>
      <w:r>
        <w:rPr>
          <w:b w:val="0"/>
          <w:sz w:val="32"/>
          <w:rtl w:val="1"/>
          <w:rFonts w:ascii="Arial" w:hAnsi="Arial" w:cs="Arial"/>
          <w:szCs w:val="32"/>
        </w:rPr>
        <w:t>נֶפֶשׁ יְהוּדִי הוֹמִיָּה</w:t>
      </w:r>
    </w:p>
    <w:p>
      <w:pPr>
        <w:bidi w:val="1"/>
        <w:jc w:val="center"/>
      </w:pPr>
      <w:r>
        <w:rPr>
          <w:b w:val="0"/>
          <w:sz w:val="32"/>
          <w:rtl w:val="1"/>
          <w:rFonts w:ascii="Arial" w:hAnsi="Arial" w:cs="Arial"/>
          <w:szCs w:val="32"/>
        </w:rPr>
        <w:t>וּלְפַאֲתֵי מִזְרָח קָדִימָה</w:t>
      </w:r>
    </w:p>
    <w:p>
      <w:pPr>
        <w:bidi w:val="1"/>
        <w:jc w:val="center"/>
      </w:pPr>
      <w:r>
        <w:rPr>
          <w:b w:val="0"/>
          <w:sz w:val="32"/>
          <w:rtl w:val="1"/>
          <w:rFonts w:ascii="Arial" w:hAnsi="Arial" w:cs="Arial"/>
          <w:szCs w:val="32"/>
        </w:rPr>
        <w:t>עַיִן לְצִיּוֹן צוֹפִיָּה</w:t>
      </w:r>
    </w:p>
    <w:p>
      <w:pPr>
        <w:bidi w:val="1"/>
        <w:jc w:val="center"/>
      </w:pPr>
      <w:r>
        <w:rPr>
          <w:b w:val="0"/>
          <w:sz w:val="32"/>
          <w:rtl w:val="1"/>
          <w:rFonts w:ascii="Arial" w:hAnsi="Arial" w:cs="Arial"/>
          <w:szCs w:val="32"/>
        </w:rPr>
        <w:t>עוֹד לֹא אָבְדָה תִּקְוָתֵנוּ</w:t>
      </w:r>
    </w:p>
    <w:p>
      <w:pPr>
        <w:bidi w:val="1"/>
        <w:jc w:val="center"/>
      </w:pPr>
      <w:r>
        <w:rPr>
          <w:b w:val="0"/>
          <w:sz w:val="32"/>
          <w:rtl w:val="1"/>
          <w:rFonts w:ascii="Arial" w:hAnsi="Arial" w:cs="Arial"/>
          <w:szCs w:val="32"/>
        </w:rPr>
        <w:t>הַתִּקְוָה בַּת שְׁנוֹת אַלְפַּיִם</w:t>
      </w:r>
    </w:p>
    <w:p>
      <w:pPr>
        <w:bidi w:val="1"/>
        <w:jc w:val="center"/>
      </w:pPr>
      <w:r>
        <w:rPr>
          <w:b w:val="0"/>
          <w:sz w:val="32"/>
          <w:rtl w:val="1"/>
          <w:rFonts w:ascii="Arial" w:hAnsi="Arial" w:cs="Arial"/>
          <w:szCs w:val="32"/>
        </w:rPr>
        <w:t>לִהְיוֹת עַם חָפְשִׁי בְּאַרְצֵנוּ</w:t>
      </w:r>
    </w:p>
    <w:p>
      <w:pPr>
        <w:bidi w:val="1"/>
        <w:jc w:val="center"/>
      </w:pPr>
      <w:r>
        <w:rPr>
          <w:b w:val="0"/>
          <w:sz w:val="32"/>
          <w:rtl w:val="1"/>
          <w:rFonts w:ascii="Arial" w:hAnsi="Arial" w:cs="Arial"/>
          <w:szCs w:val="32"/>
        </w:rPr>
        <w:t>אֶרֶץ צִיּוֹן וִירוּשָׁלַיִם</w:t>
      </w:r>
    </w:p>
    <w:p>
      <w:pPr>
        <w:bidi w:val="1"/>
        <w:jc w:val="right"/>
      </w:pPr>
      <w:r>
        <w:rPr>
          <w:b w:val="0"/>
          <w:sz w:val="34"/>
          <w:rtl w:val="1"/>
          <w:rFonts w:ascii="Arial" w:hAnsi="Arial" w:cs="Arial"/>
          <w:szCs w:val="34"/>
        </w:rPr>
        <w:t>"התקווה" נכתב כשיר בסוף המאה ה־19 בידי המשורר נפתלי הרץ אימבר. שנים רבות הוא הושר כהמנון התנועה הציונית, וב־2004 נקבע בחוק כהמנון המדינה.</w:t>
      </w:r>
    </w:p>
    <w:p>
      <w:pPr>
        <w:bidi w:val="1"/>
        <w:jc w:val="right"/>
      </w:pPr>
      <w:r>
        <w:rPr>
          <w:b/>
          <w:color w:val="0038B8"/>
          <w:sz w:val="30"/>
          <w:rtl w:val="1"/>
          <w:rFonts w:ascii="Arial" w:hAnsi="Arial" w:cs="Arial"/>
          <w:szCs w:val="30"/>
          <w:bCs/>
        </w:rPr>
        <w:t>💬 המשפט שבחרנו לכרזה הזו: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60"/>
          <w:rtl w:val="1"/>
          <w:rFonts w:ascii="Arial" w:hAnsi="Arial" w:cs="Arial"/>
          <w:szCs w:val="60"/>
          <w:bCs/>
        </w:rPr>
        <w:t>🏙️ ירושלים – עיר הבירה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040000" cy="33579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yerushalayim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57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 w:val="0"/>
          <w:sz w:val="34"/>
          <w:rtl w:val="1"/>
          <w:rFonts w:ascii="Arial" w:hAnsi="Arial" w:cs="Arial"/>
          <w:szCs w:val="34"/>
        </w:rPr>
        <w:t>בירה היא העיר שבה יושבים מוסדות השלטון. בירושלים נמצאים הכנסת, משכן הנשיא/ה, בית המשפט העליון ורוב משרדי הממשלה. העיר קדושה ליהודים, לנוצרים ולמוסלמים.</w:t>
      </w:r>
    </w:p>
    <w:p>
      <w:pPr>
        <w:bidi w:val="1"/>
        <w:jc w:val="right"/>
      </w:pPr>
      <w:r>
        <w:rPr>
          <w:b/>
          <w:color w:val="0038B8"/>
          <w:sz w:val="30"/>
          <w:rtl w:val="1"/>
          <w:rFonts w:ascii="Arial" w:hAnsi="Arial" w:cs="Arial"/>
          <w:szCs w:val="30"/>
          <w:bCs/>
        </w:rPr>
        <w:t>💬 המשפט שבחרנו לכרזה הזו: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60"/>
          <w:rtl w:val="1"/>
          <w:rFonts w:ascii="Arial" w:hAnsi="Arial" w:cs="Arial"/>
          <w:szCs w:val="60"/>
          <w:bCs/>
        </w:rPr>
        <w:t>📜 מגילת העצמאות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324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gila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 w:val="0"/>
          <w:sz w:val="34"/>
          <w:rtl w:val="1"/>
          <w:rFonts w:ascii="Arial" w:hAnsi="Arial" w:cs="Arial"/>
          <w:szCs w:val="34"/>
        </w:rPr>
        <w:t>המגילה מספרת את סיפור העם, מכריזה על הקמת המדינה ומבטיחה ערכים: "שוויון זכויות חברתי ומדיני גמור לכל אזרחיה בלי הבדל דת, גזע ומין", וחופש דת, מצפון, לשון, חינוך ותרבות.</w:t>
      </w:r>
    </w:p>
    <w:p>
      <w:pPr>
        <w:bidi w:val="1"/>
        <w:jc w:val="right"/>
      </w:pPr>
      <w:r>
        <w:rPr>
          <w:b/>
          <w:color w:val="0038B8"/>
          <w:sz w:val="30"/>
          <w:rtl w:val="1"/>
          <w:rFonts w:ascii="Arial" w:hAnsi="Arial" w:cs="Arial"/>
          <w:szCs w:val="30"/>
          <w:bCs/>
        </w:rPr>
        <w:t>💬 המשפט שבחרנו לכרזה הזו: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60"/>
          <w:rtl w:val="1"/>
          <w:rFonts w:ascii="Arial" w:hAnsi="Arial" w:cs="Arial"/>
          <w:szCs w:val="60"/>
          <w:bCs/>
        </w:rPr>
        <w:t>🏛️ הכנסת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040000" cy="29358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nesset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3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 w:val="0"/>
          <w:sz w:val="34"/>
          <w:rtl w:val="1"/>
          <w:rFonts w:ascii="Arial" w:hAnsi="Arial" w:cs="Arial"/>
          <w:szCs w:val="34"/>
        </w:rPr>
        <w:t>הכנסת היא הרשות המחוקקת. בבחירות בוחרים רשימה, וכל רשימה מקבלת מושבים לפי מספר הקולות. הכנסת מחוקקת חוקים, מאשרת את תקציב המדינה ומפקחת על עבודת הממשלה.</w:t>
      </w:r>
    </w:p>
    <w:p>
      <w:pPr>
        <w:bidi w:val="1"/>
        <w:jc w:val="right"/>
      </w:pPr>
      <w:r>
        <w:rPr>
          <w:b/>
          <w:color w:val="0038B8"/>
          <w:sz w:val="30"/>
          <w:rtl w:val="1"/>
          <w:rFonts w:ascii="Arial" w:hAnsi="Arial" w:cs="Arial"/>
          <w:szCs w:val="30"/>
          <w:bCs/>
        </w:rPr>
        <w:t>💬 המשפט שבחרנו לכרזה הזו: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60"/>
          <w:rtl w:val="1"/>
          <w:rFonts w:ascii="Arial" w:hAnsi="Arial" w:cs="Arial"/>
          <w:szCs w:val="60"/>
          <w:bCs/>
        </w:rPr>
        <w:t>🤝 נשיא/ת המדינה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4535"/>
          </w:tcPr>
          <w:p>
            <w:pPr>
              <w:jc w:val="center"/>
              <w:bidi w:val="1"/>
            </w:pPr>
            <w:r>
              <w:rPr>
                <w:b w:val="0"/>
                <w:color w:val="94A3B8"/>
                <w:sz w:val="24"/>
                <w:rtl w:val="1"/>
                <w:rFonts w:ascii="Arial" w:hAnsi="Arial" w:cs="Arial"/>
                <w:szCs w:val="24"/>
              </w:rPr>
              <w:t>כאן מדביקים תמונה עדכנית מהאתר הרשמי</w:t>
            </w:r>
          </w:p>
          <w:p/>
          <w:p/>
          <w:p/>
          <w:p/>
          <w:p/>
          <w:p/>
          <w:p/>
          <w:p/>
          <w:p/>
        </w:tc>
      </w:tr>
    </w:tbl>
    <w:p>
      <w:pPr>
        <w:bidi w:val="1"/>
        <w:jc w:val="center"/>
      </w:pPr>
      <w:r>
        <w:rPr>
          <w:b w:val="0"/>
          <w:sz w:val="36"/>
          <w:rtl w:val="1"/>
          <w:rFonts w:ascii="Arial" w:hAnsi="Arial" w:cs="Arial"/>
          <w:szCs w:val="36"/>
        </w:rPr>
        <w:t>שם: ___________________________</w:t>
      </w:r>
    </w:p>
    <w:p>
      <w:pPr>
        <w:bidi w:val="1"/>
        <w:jc w:val="right"/>
      </w:pPr>
      <w:r>
        <w:rPr>
          <w:b w:val="0"/>
          <w:sz w:val="32"/>
          <w:rtl w:val="1"/>
          <w:rFonts w:ascii="Arial" w:hAnsi="Arial" w:cs="Arial"/>
          <w:szCs w:val="32"/>
        </w:rPr>
        <w:t>תפקיד ממלכתי ומאחד, מעל המחלוקות. נבחר/ת בכנסת לקדנציה אחת של 7 שנים. מטיל/ה על חבר/ת כנסת להרכיב ממשלה, מעניק/ה חנינות ומקבל/ת שגרירים.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60"/>
          <w:rtl w:val="1"/>
          <w:rFonts w:ascii="Arial" w:hAnsi="Arial" w:cs="Arial"/>
          <w:szCs w:val="60"/>
          <w:bCs/>
        </w:rPr>
        <w:t>🏢 ראש/ת הממשלה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4535"/>
          </w:tcPr>
          <w:p>
            <w:pPr>
              <w:jc w:val="center"/>
              <w:bidi w:val="1"/>
            </w:pPr>
            <w:r>
              <w:rPr>
                <w:b w:val="0"/>
                <w:color w:val="94A3B8"/>
                <w:sz w:val="24"/>
                <w:rtl w:val="1"/>
                <w:rFonts w:ascii="Arial" w:hAnsi="Arial" w:cs="Arial"/>
                <w:szCs w:val="24"/>
              </w:rPr>
              <w:t>כאן מדביקים תמונה עדכנית מהאתר הרשמי</w:t>
            </w:r>
          </w:p>
          <w:p/>
          <w:p/>
          <w:p/>
          <w:p/>
          <w:p/>
          <w:p/>
          <w:p/>
          <w:p/>
          <w:p/>
        </w:tc>
      </w:tr>
    </w:tbl>
    <w:p>
      <w:pPr>
        <w:bidi w:val="1"/>
        <w:jc w:val="center"/>
      </w:pPr>
      <w:r>
        <w:rPr>
          <w:b w:val="0"/>
          <w:sz w:val="36"/>
          <w:rtl w:val="1"/>
          <w:rFonts w:ascii="Arial" w:hAnsi="Arial" w:cs="Arial"/>
          <w:szCs w:val="36"/>
        </w:rPr>
        <w:t>שם: ___________________________</w:t>
      </w:r>
    </w:p>
    <w:p>
      <w:pPr>
        <w:bidi w:val="1"/>
        <w:jc w:val="right"/>
      </w:pPr>
      <w:r>
        <w:rPr>
          <w:b w:val="0"/>
          <w:sz w:val="32"/>
          <w:rtl w:val="1"/>
          <w:rFonts w:ascii="Arial" w:hAnsi="Arial" w:cs="Arial"/>
          <w:szCs w:val="32"/>
        </w:rPr>
        <w:t>עומד/ת בראש הרשות המבצעת – הממשלה, שמבצעת את החוקים ומנהלת את משרדי הממשלה (חינוך, בריאות, תחבורה ועוד). הממשלה צריכה את אמון הכנסת.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60"/>
          <w:rtl w:val="1"/>
          <w:rFonts w:ascii="Arial" w:hAnsi="Arial" w:cs="Arial"/>
          <w:szCs w:val="60"/>
          <w:bCs/>
        </w:rPr>
        <w:t>🏛️ יו״ר הכנסת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4535"/>
          </w:tcPr>
          <w:p>
            <w:pPr>
              <w:jc w:val="center"/>
              <w:bidi w:val="1"/>
            </w:pPr>
            <w:r>
              <w:rPr>
                <w:b w:val="0"/>
                <w:color w:val="94A3B8"/>
                <w:sz w:val="24"/>
                <w:rtl w:val="1"/>
                <w:rFonts w:ascii="Arial" w:hAnsi="Arial" w:cs="Arial"/>
                <w:szCs w:val="24"/>
              </w:rPr>
              <w:t>כאן מדביקים תמונה עדכנית מהאתר הרשמי</w:t>
            </w:r>
          </w:p>
          <w:p/>
          <w:p/>
          <w:p/>
          <w:p/>
          <w:p/>
          <w:p/>
          <w:p/>
          <w:p/>
          <w:p/>
        </w:tc>
      </w:tr>
    </w:tbl>
    <w:p>
      <w:pPr>
        <w:bidi w:val="1"/>
        <w:jc w:val="center"/>
      </w:pPr>
      <w:r>
        <w:rPr>
          <w:b w:val="0"/>
          <w:sz w:val="36"/>
          <w:rtl w:val="1"/>
          <w:rFonts w:ascii="Arial" w:hAnsi="Arial" w:cs="Arial"/>
          <w:szCs w:val="36"/>
        </w:rPr>
        <w:t>שם: ___________________________</w:t>
      </w:r>
    </w:p>
    <w:p>
      <w:pPr>
        <w:bidi w:val="1"/>
        <w:jc w:val="right"/>
      </w:pPr>
      <w:r>
        <w:rPr>
          <w:b w:val="0"/>
          <w:sz w:val="32"/>
          <w:rtl w:val="1"/>
          <w:rFonts w:ascii="Arial" w:hAnsi="Arial" w:cs="Arial"/>
          <w:szCs w:val="32"/>
        </w:rPr>
        <w:t>מנהל/ת את ישיבות הכנסת ושומר/ת על הסדר בדיונים. הכנסת – הרשות המחוקקת – מחוקקת חוקים ומפקחת על הממשלה.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60"/>
          <w:rtl w:val="1"/>
          <w:rFonts w:ascii="Arial" w:hAnsi="Arial" w:cs="Arial"/>
          <w:szCs w:val="60"/>
          <w:bCs/>
        </w:rPr>
        <w:t>⚖️ נשיא/ת בית המשפט העליון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4535"/>
          </w:tcPr>
          <w:p>
            <w:pPr>
              <w:jc w:val="center"/>
              <w:bidi w:val="1"/>
            </w:pPr>
            <w:r>
              <w:rPr>
                <w:b w:val="0"/>
                <w:color w:val="94A3B8"/>
                <w:sz w:val="24"/>
                <w:rtl w:val="1"/>
                <w:rFonts w:ascii="Arial" w:hAnsi="Arial" w:cs="Arial"/>
                <w:szCs w:val="24"/>
              </w:rPr>
              <w:t>כאן מדביקים תמונה עדכנית מהאתר הרשמי</w:t>
            </w:r>
          </w:p>
          <w:p/>
          <w:p/>
          <w:p/>
          <w:p/>
          <w:p/>
          <w:p/>
          <w:p/>
          <w:p/>
          <w:p/>
        </w:tc>
      </w:tr>
    </w:tbl>
    <w:p>
      <w:pPr>
        <w:bidi w:val="1"/>
        <w:jc w:val="center"/>
      </w:pPr>
      <w:r>
        <w:rPr>
          <w:b w:val="0"/>
          <w:sz w:val="36"/>
          <w:rtl w:val="1"/>
          <w:rFonts w:ascii="Arial" w:hAnsi="Arial" w:cs="Arial"/>
          <w:szCs w:val="36"/>
        </w:rPr>
        <w:t>שם: ___________________________</w:t>
      </w:r>
    </w:p>
    <w:p>
      <w:pPr>
        <w:bidi w:val="1"/>
        <w:jc w:val="right"/>
      </w:pPr>
      <w:r>
        <w:rPr>
          <w:b w:val="0"/>
          <w:sz w:val="32"/>
          <w:rtl w:val="1"/>
          <w:rFonts w:ascii="Arial" w:hAnsi="Arial" w:cs="Arial"/>
          <w:szCs w:val="32"/>
        </w:rPr>
        <w:t>עומד/ת בראש הרשות השופטת. בתי המשפט מכריעים בסכסוכים, שופטים לפי החוק ושומרים על זכויות האדם.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60"/>
          <w:rtl w:val="1"/>
          <w:rFonts w:ascii="Arial" w:hAnsi="Arial" w:cs="Arial"/>
          <w:szCs w:val="60"/>
          <w:bCs/>
        </w:rPr>
        <w:t>🎖️ הרמטכ״ל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4535"/>
          </w:tcPr>
          <w:p>
            <w:pPr>
              <w:jc w:val="center"/>
              <w:bidi w:val="1"/>
            </w:pPr>
            <w:r>
              <w:rPr>
                <w:b w:val="0"/>
                <w:color w:val="94A3B8"/>
                <w:sz w:val="24"/>
                <w:rtl w:val="1"/>
                <w:rFonts w:ascii="Arial" w:hAnsi="Arial" w:cs="Arial"/>
                <w:szCs w:val="24"/>
              </w:rPr>
              <w:t>כאן מדביקים תמונה עדכנית מהאתר הרשמי</w:t>
            </w:r>
          </w:p>
          <w:p/>
          <w:p/>
          <w:p/>
          <w:p/>
          <w:p/>
          <w:p/>
          <w:p/>
          <w:p/>
          <w:p/>
        </w:tc>
      </w:tr>
    </w:tbl>
    <w:p>
      <w:pPr>
        <w:bidi w:val="1"/>
        <w:jc w:val="center"/>
      </w:pPr>
      <w:r>
        <w:rPr>
          <w:b w:val="0"/>
          <w:sz w:val="36"/>
          <w:rtl w:val="1"/>
          <w:rFonts w:ascii="Arial" w:hAnsi="Arial" w:cs="Arial"/>
          <w:szCs w:val="36"/>
        </w:rPr>
        <w:t>שם: ___________________________</w:t>
      </w:r>
    </w:p>
    <w:p>
      <w:pPr>
        <w:bidi w:val="1"/>
        <w:jc w:val="right"/>
      </w:pPr>
      <w:r>
        <w:rPr>
          <w:b w:val="0"/>
          <w:sz w:val="32"/>
          <w:rtl w:val="1"/>
          <w:rFonts w:ascii="Arial" w:hAnsi="Arial" w:cs="Arial"/>
          <w:szCs w:val="32"/>
        </w:rPr>
        <w:t>ראש המטה הכללי – המפקד הבכיר של צה״ל. הצבא כפוף לממשלה: הדרג המדיני מחליט, והצבא מבצע.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56"/>
          <w:rtl w:val="1"/>
          <w:rFonts w:ascii="Arial" w:hAnsi="Arial" w:cs="Arial"/>
          <w:szCs w:val="56"/>
          <w:bCs/>
        </w:rPr>
        <w:t>💎 ערכים מתוך מגילת העצמאות</w:t>
      </w:r>
    </w:p>
    <w:p>
      <w:pPr>
        <w:bidi w:val="1"/>
        <w:jc w:val="right"/>
      </w:pPr>
      <w:r>
        <w:rPr>
          <w:b w:val="0"/>
          <w:sz w:val="38"/>
          <w:rtl w:val="1"/>
          <w:rFonts w:ascii="Arial" w:hAnsi="Arial" w:cs="Arial"/>
          <w:szCs w:val="38"/>
        </w:rPr>
        <w:t>"מדינת ישראל... תקיים שויון זכויות חברתי ומדיני גמור לכל אזרחיה בלי הבדל דת, גזע ומין; תבטיח חופש דת, מצפון, לשון, חינוך ותרבות"</w:t>
      </w:r>
    </w:p>
    <w:p>
      <w:pPr>
        <w:bidi w:val="1"/>
        <w:jc w:val="right"/>
      </w:pPr>
      <w:r>
        <w:rPr>
          <w:b w:val="0"/>
          <w:color w:val="64748B"/>
          <w:sz w:val="22"/>
          <w:rtl w:val="1"/>
          <w:rFonts w:ascii="Arial" w:hAnsi="Arial" w:cs="Arial"/>
          <w:szCs w:val="22"/>
        </w:rPr>
        <w:t>(מתוך מגילת העצמאות, ה׳ באייר תש״ח – 14 במאי 1948)</w:t>
      </w:r>
    </w:p>
    <w:p>
      <w:pPr>
        <w:bidi w:val="1"/>
        <w:jc w:val="center"/>
      </w:pPr>
      <w:r>
        <w:rPr>
          <w:b/>
          <w:sz w:val="44"/>
          <w:rtl w:val="1"/>
          <w:rFonts w:ascii="Arial" w:hAnsi="Arial" w:cs="Arial"/>
          <w:szCs w:val="44"/>
          <w:bCs/>
        </w:rPr>
        <w:t>⚖️ שוויון   ·   🕊️ חופש   ·   📚 חינוך ותרבות</w:t>
      </w:r>
    </w:p>
    <w:p>
      <w:pPr>
        <w:bidi w:val="1"/>
        <w:jc w:val="right"/>
      </w:pPr>
      <w:r>
        <w:rPr>
          <w:b/>
          <w:color w:val="0038B8"/>
          <w:sz w:val="30"/>
          <w:rtl w:val="1"/>
          <w:rFonts w:ascii="Arial" w:hAnsi="Arial" w:cs="Arial"/>
          <w:szCs w:val="30"/>
          <w:bCs/>
        </w:rPr>
        <w:t>✍️ הערך שהכי חשוב לכיתה שלנו, ולמה: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60"/>
          <w:rtl w:val="1"/>
          <w:rFonts w:ascii="Arial" w:hAnsi="Arial" w:cs="Arial"/>
          <w:szCs w:val="60"/>
          <w:bCs/>
        </w:rPr>
        <w:t>💙 קיר השייכות</w:t>
      </w:r>
    </w:p>
    <w:p>
      <w:pPr>
        <w:bidi w:val="1"/>
        <w:jc w:val="right"/>
      </w:pPr>
      <w:r>
        <w:rPr>
          <w:b w:val="0"/>
          <w:sz w:val="34"/>
          <w:rtl w:val="1"/>
          <w:rFonts w:ascii="Arial" w:hAnsi="Arial" w:cs="Arial"/>
          <w:szCs w:val="34"/>
        </w:rPr>
        <w:t>מה מחבר אותי לכאן – לכיתה, לקהילה, למדינה? כתבו פתק (בלי שמות) והדביקו.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b w:val="0"/>
        <w:color w:val="64748B"/>
        <w:sz w:val="18"/>
        <w:rtl w:val="1"/>
        <w:rFonts w:ascii="Arial" w:hAnsi="Arial" w:cs="Arial"/>
        <w:szCs w:val="18"/>
      </w:rPr>
      <w:t>יצרה: רוית ראש בן ישי · פינת לאום שלנו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